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page" w:horzAnchor="margin" w:tblpY="1456"/>
        <w:tblW w:w="145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8"/>
        <w:gridCol w:w="4848"/>
        <w:gridCol w:w="4848"/>
      </w:tblGrid>
      <w:tr w:rsidR="00922092" w:rsidRPr="00922092" w:rsidTr="00922092">
        <w:trPr>
          <w:trHeight w:val="2654"/>
        </w:trPr>
        <w:tc>
          <w:tcPr>
            <w:tcW w:w="4848" w:type="dxa"/>
          </w:tcPr>
          <w:p w:rsidR="00922092" w:rsidRPr="00922092" w:rsidRDefault="00922092" w:rsidP="00922092">
            <w:pPr>
              <w:jc w:val="center"/>
              <w:rPr>
                <w:rFonts w:ascii="Grammarsaurus" w:hAnsi="Grammarsaurus"/>
              </w:rPr>
            </w:pPr>
            <w:r w:rsidRPr="00922092">
              <w:rPr>
                <w:rFonts w:ascii="Grammarsaurus" w:hAnsi="Grammarsaurus"/>
                <w:noProof/>
                <w:lang w:val="en-GB" w:eastAsia="en-GB"/>
              </w:rPr>
              <w:drawing>
                <wp:anchor distT="0" distB="0" distL="114300" distR="114300" simplePos="0" relativeHeight="251659264" behindDoc="0" locked="0" layoutInCell="1" allowOverlap="1" wp14:anchorId="1F2CD1C7" wp14:editId="15787279">
                  <wp:simplePos x="0" y="0"/>
                  <wp:positionH relativeFrom="column">
                    <wp:posOffset>1809750</wp:posOffset>
                  </wp:positionH>
                  <wp:positionV relativeFrom="paragraph">
                    <wp:posOffset>269875</wp:posOffset>
                  </wp:positionV>
                  <wp:extent cx="1000125" cy="1000125"/>
                  <wp:effectExtent l="0" t="0" r="9525" b="9525"/>
                  <wp:wrapSquare wrapText="bothSides"/>
                  <wp:docPr id="1" name="Picture 1" descr="Dairy Free Chocolate (Vegan Milk Chocolat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airy Free Chocolate (Vegan Milk Chocolat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22092">
              <w:rPr>
                <w:rFonts w:ascii="Grammarsaurus" w:hAnsi="Grammarsaurus"/>
              </w:rPr>
              <w:br/>
              <w:t>Explore the journey of chocolate.</w:t>
            </w:r>
            <w:r w:rsidRPr="00922092">
              <w:rPr>
                <w:rFonts w:ascii="Grammarsaurus" w:hAnsi="Grammarsaurus"/>
              </w:rPr>
              <w:br/>
              <w:t xml:space="preserve">Research how chocolate is made - from cocoa bean to chocolate bar. Draw and/or explain each stage. </w:t>
            </w:r>
          </w:p>
          <w:p w:rsidR="00922092" w:rsidRPr="00922092" w:rsidRDefault="00922092" w:rsidP="00922092">
            <w:pPr>
              <w:jc w:val="center"/>
              <w:rPr>
                <w:rFonts w:ascii="Grammarsaurus" w:hAnsi="Grammarsaurus"/>
              </w:rPr>
            </w:pPr>
          </w:p>
        </w:tc>
        <w:tc>
          <w:tcPr>
            <w:tcW w:w="4848" w:type="dxa"/>
          </w:tcPr>
          <w:p w:rsidR="00922092" w:rsidRPr="00922092" w:rsidRDefault="00922092" w:rsidP="00922092">
            <w:pPr>
              <w:jc w:val="center"/>
              <w:rPr>
                <w:rFonts w:ascii="Grammarsaurus" w:hAnsi="Grammarsaurus"/>
              </w:rPr>
            </w:pPr>
            <w:r w:rsidRPr="00922092">
              <w:rPr>
                <w:rFonts w:ascii="Grammarsaurus" w:hAnsi="Grammarsaurus"/>
              </w:rPr>
              <w:br/>
              <w:t>Make a model of a train or railway station.</w:t>
            </w:r>
            <w:r w:rsidRPr="00922092">
              <w:rPr>
                <w:rFonts w:ascii="Grammarsaurus" w:hAnsi="Grammarsaurus"/>
              </w:rPr>
              <w:br/>
              <w:t>Use cardboard, Lego, recycled materials, or natural items.</w:t>
            </w:r>
            <w:r w:rsidRPr="00922092">
              <w:rPr>
                <w:rFonts w:ascii="Grammarsaurus" w:hAnsi="Grammarsaurus"/>
                <w:noProof/>
                <w:lang w:val="en-GB" w:eastAsia="en-GB"/>
              </w:rPr>
              <w:drawing>
                <wp:anchor distT="0" distB="0" distL="114300" distR="114300" simplePos="0" relativeHeight="251660288" behindDoc="0" locked="0" layoutInCell="1" allowOverlap="1" wp14:anchorId="48CC41C1" wp14:editId="5F0372FC">
                  <wp:simplePos x="0" y="0"/>
                  <wp:positionH relativeFrom="column">
                    <wp:posOffset>207645</wp:posOffset>
                  </wp:positionH>
                  <wp:positionV relativeFrom="paragraph">
                    <wp:posOffset>57150</wp:posOffset>
                  </wp:positionV>
                  <wp:extent cx="2400300" cy="835660"/>
                  <wp:effectExtent l="0" t="0" r="0" b="254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835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48" w:type="dxa"/>
          </w:tcPr>
          <w:p w:rsidR="00922092" w:rsidRPr="00922092" w:rsidRDefault="00922092" w:rsidP="00922092">
            <w:pPr>
              <w:jc w:val="center"/>
              <w:rPr>
                <w:rFonts w:ascii="Grammarsaurus" w:hAnsi="Grammarsaurus"/>
              </w:rPr>
            </w:pPr>
            <w:r w:rsidRPr="00922092">
              <w:rPr>
                <w:rFonts w:ascii="Grammarsaurus" w:hAnsi="Grammarsaurus"/>
                <w:sz w:val="28"/>
                <w:szCs w:val="28"/>
                <w:lang w:val="en-GB"/>
              </w:rPr>
              <w:drawing>
                <wp:anchor distT="0" distB="0" distL="114300" distR="114300" simplePos="0" relativeHeight="251661312" behindDoc="0" locked="0" layoutInCell="1" allowOverlap="1" wp14:anchorId="225F20A4" wp14:editId="3673E70E">
                  <wp:simplePos x="0" y="0"/>
                  <wp:positionH relativeFrom="column">
                    <wp:posOffset>1234440</wp:posOffset>
                  </wp:positionH>
                  <wp:positionV relativeFrom="paragraph">
                    <wp:posOffset>184785</wp:posOffset>
                  </wp:positionV>
                  <wp:extent cx="1663700" cy="1247775"/>
                  <wp:effectExtent l="0" t="0" r="0" b="9525"/>
                  <wp:wrapSquare wrapText="bothSides"/>
                  <wp:docPr id="4" name="Picture 4" descr="Loxwood Canal Walk | Short Walks Susse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oxwood Canal Walk | Short Walks Susse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22092">
              <w:rPr>
                <w:rFonts w:ascii="Grammarsaurus" w:hAnsi="Grammarsaurus"/>
              </w:rPr>
              <w:br/>
              <w:t>Find out about animals that live in Campania or Loxwood.</w:t>
            </w:r>
            <w:r w:rsidRPr="00922092">
              <w:rPr>
                <w:rFonts w:ascii="Grammarsaurus" w:hAnsi="Grammarsaurus"/>
              </w:rPr>
              <w:br/>
              <w:t>Present your findings as a mini fact file or poster.</w:t>
            </w:r>
          </w:p>
        </w:tc>
      </w:tr>
      <w:tr w:rsidR="00922092" w:rsidRPr="00922092" w:rsidTr="00922092">
        <w:trPr>
          <w:trHeight w:val="2672"/>
        </w:trPr>
        <w:tc>
          <w:tcPr>
            <w:tcW w:w="4848" w:type="dxa"/>
          </w:tcPr>
          <w:p w:rsidR="00922092" w:rsidRPr="00922092" w:rsidRDefault="00922092" w:rsidP="00922092">
            <w:pPr>
              <w:jc w:val="center"/>
              <w:rPr>
                <w:rFonts w:ascii="Grammarsaurus" w:hAnsi="Grammarsaurus"/>
              </w:rPr>
            </w:pPr>
            <w:r w:rsidRPr="00922092">
              <w:rPr>
                <w:rFonts w:ascii="Grammarsaurus" w:hAnsi="Grammarsaurus"/>
                <w:noProof/>
                <w:lang w:val="en-GB" w:eastAsia="en-GB"/>
              </w:rPr>
              <w:drawing>
                <wp:anchor distT="0" distB="0" distL="114300" distR="114300" simplePos="0" relativeHeight="251662336" behindDoc="0" locked="0" layoutInCell="1" allowOverlap="1" wp14:anchorId="1773D5C3" wp14:editId="51DC4CDE">
                  <wp:simplePos x="0" y="0"/>
                  <wp:positionH relativeFrom="column">
                    <wp:posOffset>1463675</wp:posOffset>
                  </wp:positionH>
                  <wp:positionV relativeFrom="paragraph">
                    <wp:posOffset>184150</wp:posOffset>
                  </wp:positionV>
                  <wp:extent cx="1295400" cy="1295400"/>
                  <wp:effectExtent l="0" t="0" r="0" b="0"/>
                  <wp:wrapSquare wrapText="bothSides"/>
                  <wp:docPr id="5" name="Picture 5" descr="Watch Wonka | HBO Ma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atch Wonka | HBO Ma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22092">
              <w:rPr>
                <w:rFonts w:ascii="Grammarsaurus" w:hAnsi="Grammarsaurus"/>
              </w:rPr>
              <w:br/>
              <w:t>Imagine you are Wonka and create a chocolate bar advert.</w:t>
            </w:r>
            <w:r w:rsidRPr="00922092">
              <w:rPr>
                <w:rFonts w:ascii="Grammarsaurus" w:hAnsi="Grammarsaurus"/>
              </w:rPr>
              <w:br/>
              <w:t xml:space="preserve">Design packaging and write a short slogan. </w:t>
            </w:r>
          </w:p>
        </w:tc>
        <w:tc>
          <w:tcPr>
            <w:tcW w:w="4848" w:type="dxa"/>
          </w:tcPr>
          <w:p w:rsidR="00922092" w:rsidRPr="00922092" w:rsidRDefault="00922092" w:rsidP="00922092">
            <w:pPr>
              <w:jc w:val="center"/>
              <w:rPr>
                <w:rFonts w:ascii="Grammarsaurus" w:hAnsi="Grammarsaurus"/>
              </w:rPr>
            </w:pPr>
            <w:r w:rsidRPr="00922092">
              <w:rPr>
                <w:rFonts w:ascii="Grammarsaurus" w:hAnsi="Grammarsaurus"/>
                <w:noProof/>
                <w:lang w:val="en-GB" w:eastAsia="en-GB"/>
              </w:rPr>
              <w:drawing>
                <wp:anchor distT="0" distB="0" distL="114300" distR="114300" simplePos="0" relativeHeight="251663360" behindDoc="0" locked="0" layoutInCell="1" allowOverlap="1" wp14:anchorId="0B7DAEE1" wp14:editId="6FAA9320">
                  <wp:simplePos x="0" y="0"/>
                  <wp:positionH relativeFrom="column">
                    <wp:posOffset>1541145</wp:posOffset>
                  </wp:positionH>
                  <wp:positionV relativeFrom="paragraph">
                    <wp:posOffset>222250</wp:posOffset>
                  </wp:positionV>
                  <wp:extent cx="1369060" cy="1114425"/>
                  <wp:effectExtent l="0" t="0" r="2540" b="9525"/>
                  <wp:wrapSquare wrapText="bothSides"/>
                  <wp:docPr id="6" name="Picture 6" descr="Train Track Map for Kids - Etsy U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in Track Map for Kids - Etsy U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67" b="8837"/>
                          <a:stretch/>
                        </pic:blipFill>
                        <pic:spPr bwMode="auto">
                          <a:xfrm>
                            <a:off x="0" y="0"/>
                            <a:ext cx="136906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22092">
              <w:rPr>
                <w:rFonts w:ascii="Grammarsaurus" w:hAnsi="Grammarsaurus"/>
              </w:rPr>
              <w:br/>
              <w:t>Design your own railway map.</w:t>
            </w:r>
            <w:r w:rsidRPr="00922092">
              <w:rPr>
                <w:rFonts w:ascii="Grammarsaurus" w:hAnsi="Grammarsaurus"/>
              </w:rPr>
              <w:br/>
              <w:t>Include fictional stations with habitat names (e.g. Pond Junction, Woodland Halt).</w:t>
            </w:r>
            <w:r w:rsidRPr="00922092">
              <w:rPr>
                <w:rFonts w:ascii="Grammarsaurus" w:hAnsi="Grammarsaurus"/>
                <w:noProof/>
                <w:lang w:val="en-GB" w:eastAsia="en-GB"/>
              </w:rPr>
              <w:t xml:space="preserve"> </w:t>
            </w:r>
          </w:p>
        </w:tc>
        <w:tc>
          <w:tcPr>
            <w:tcW w:w="4848" w:type="dxa"/>
          </w:tcPr>
          <w:p w:rsidR="00922092" w:rsidRPr="00922092" w:rsidRDefault="00922092" w:rsidP="00922092">
            <w:pPr>
              <w:jc w:val="center"/>
              <w:rPr>
                <w:rFonts w:ascii="Grammarsaurus" w:hAnsi="Grammarsaurus"/>
              </w:rPr>
            </w:pPr>
            <w:r w:rsidRPr="00922092">
              <w:rPr>
                <w:rFonts w:ascii="Grammarsaurus" w:hAnsi="Grammarsaurus"/>
                <w:noProof/>
                <w:lang w:val="en-GB" w:eastAsia="en-GB"/>
              </w:rPr>
              <w:drawing>
                <wp:anchor distT="0" distB="0" distL="114300" distR="114300" simplePos="0" relativeHeight="251664384" behindDoc="0" locked="0" layoutInCell="1" allowOverlap="1" wp14:anchorId="7DDB24F6" wp14:editId="5B25F8C3">
                  <wp:simplePos x="0" y="0"/>
                  <wp:positionH relativeFrom="column">
                    <wp:posOffset>634365</wp:posOffset>
                  </wp:positionH>
                  <wp:positionV relativeFrom="paragraph">
                    <wp:posOffset>675005</wp:posOffset>
                  </wp:positionV>
                  <wp:extent cx="1684020" cy="976024"/>
                  <wp:effectExtent l="0" t="0" r="0" b="0"/>
                  <wp:wrapSquare wrapText="bothSides"/>
                  <wp:docPr id="7" name="Picture 7" descr="Nature Walk for National Walking Day | World of Wedgw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Nature Walk for National Walking Day | World of Wedgw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976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22092">
              <w:rPr>
                <w:rFonts w:ascii="Grammarsaurus" w:hAnsi="Grammarsaurus"/>
              </w:rPr>
              <w:t>Go on a nature walk.</w:t>
            </w:r>
            <w:r w:rsidRPr="00922092">
              <w:rPr>
                <w:rFonts w:ascii="Grammarsaurus" w:hAnsi="Grammarsaurus"/>
              </w:rPr>
              <w:br/>
              <w:t>Take photos or make a list of 5 different living things you spot in a local habitat.</w:t>
            </w:r>
          </w:p>
        </w:tc>
      </w:tr>
      <w:tr w:rsidR="00922092" w:rsidRPr="00922092" w:rsidTr="00922092">
        <w:trPr>
          <w:trHeight w:val="2302"/>
        </w:trPr>
        <w:tc>
          <w:tcPr>
            <w:tcW w:w="4848" w:type="dxa"/>
          </w:tcPr>
          <w:p w:rsidR="00922092" w:rsidRPr="00922092" w:rsidRDefault="00922092" w:rsidP="00922092">
            <w:pPr>
              <w:jc w:val="center"/>
              <w:rPr>
                <w:rFonts w:ascii="Grammarsaurus" w:hAnsi="Grammarsaurus"/>
                <w:noProof/>
                <w:lang w:val="en-GB" w:eastAsia="en-GB"/>
              </w:rPr>
            </w:pPr>
            <w:r w:rsidRPr="00922092">
              <w:rPr>
                <w:rFonts w:ascii="Grammarsaurus" w:hAnsi="Grammarsaurus"/>
                <w:noProof/>
                <w:lang w:val="en-GB" w:eastAsia="en-GB"/>
              </w:rPr>
              <w:drawing>
                <wp:anchor distT="0" distB="0" distL="114300" distR="114300" simplePos="0" relativeHeight="251665408" behindDoc="0" locked="0" layoutInCell="1" allowOverlap="1" wp14:anchorId="5AC5335F" wp14:editId="5A5097E1">
                  <wp:simplePos x="0" y="0"/>
                  <wp:positionH relativeFrom="column">
                    <wp:posOffset>723900</wp:posOffset>
                  </wp:positionH>
                  <wp:positionV relativeFrom="paragraph">
                    <wp:posOffset>881380</wp:posOffset>
                  </wp:positionV>
                  <wp:extent cx="1373505" cy="914400"/>
                  <wp:effectExtent l="0" t="0" r="0" b="0"/>
                  <wp:wrapSquare wrapText="bothSides"/>
                  <wp:docPr id="8" name="Picture 8" descr="Postcard template. Paper blank postal card backside with stamp and str By  Tartila | TheHungry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ostcard template. Paper blank postal card backside with stamp and str By  Tartila | TheHungry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50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22092">
              <w:rPr>
                <w:rFonts w:ascii="Grammarsaurus" w:hAnsi="Grammarsaurus"/>
              </w:rPr>
              <w:br/>
              <w:t>Write a postcard from Loxwood or Campania.</w:t>
            </w:r>
            <w:r w:rsidRPr="00922092">
              <w:rPr>
                <w:rFonts w:ascii="Grammarsaurus" w:hAnsi="Grammarsaurus"/>
              </w:rPr>
              <w:br/>
              <w:t>Describe the landscape, weather, animals, or food as if you're visiting.</w:t>
            </w:r>
            <w:r w:rsidRPr="00922092">
              <w:rPr>
                <w:rFonts w:ascii="Grammarsaurus" w:hAnsi="Grammarsaurus"/>
                <w:noProof/>
                <w:lang w:val="en-GB" w:eastAsia="en-GB"/>
              </w:rPr>
              <w:t xml:space="preserve"> </w:t>
            </w:r>
          </w:p>
          <w:p w:rsidR="00922092" w:rsidRPr="00922092" w:rsidRDefault="00922092" w:rsidP="00922092">
            <w:pPr>
              <w:jc w:val="center"/>
              <w:rPr>
                <w:rFonts w:ascii="Grammarsaurus" w:hAnsi="Grammarsaurus"/>
                <w:noProof/>
                <w:lang w:val="en-GB" w:eastAsia="en-GB"/>
              </w:rPr>
            </w:pPr>
          </w:p>
          <w:p w:rsidR="00922092" w:rsidRPr="00922092" w:rsidRDefault="00922092" w:rsidP="00922092">
            <w:pPr>
              <w:jc w:val="center"/>
              <w:rPr>
                <w:rFonts w:ascii="Grammarsaurus" w:hAnsi="Grammarsaurus"/>
                <w:noProof/>
                <w:lang w:val="en-GB" w:eastAsia="en-GB"/>
              </w:rPr>
            </w:pPr>
          </w:p>
          <w:p w:rsidR="00922092" w:rsidRPr="00922092" w:rsidRDefault="00922092" w:rsidP="00922092">
            <w:pPr>
              <w:rPr>
                <w:rFonts w:ascii="Grammarsaurus" w:hAnsi="Grammarsaurus"/>
              </w:rPr>
            </w:pPr>
          </w:p>
        </w:tc>
        <w:tc>
          <w:tcPr>
            <w:tcW w:w="4848" w:type="dxa"/>
          </w:tcPr>
          <w:p w:rsidR="00922092" w:rsidRDefault="00922092" w:rsidP="00922092">
            <w:pPr>
              <w:jc w:val="center"/>
              <w:rPr>
                <w:rFonts w:ascii="Grammarsaurus" w:hAnsi="Grammarsaurus"/>
              </w:rPr>
            </w:pPr>
            <w:r w:rsidRPr="00922092">
              <w:rPr>
                <w:rFonts w:ascii="Grammarsaurus" w:hAnsi="Grammarsaurus"/>
              </w:rPr>
              <w:br/>
              <w:t>Make a poster about how trains have changed over time.</w:t>
            </w:r>
            <w:r w:rsidRPr="00922092">
              <w:rPr>
                <w:rFonts w:ascii="Grammarsaurus" w:hAnsi="Grammarsaurus"/>
              </w:rPr>
              <w:br/>
              <w:t>Include pictures, facts, and fun train trivia.</w:t>
            </w:r>
          </w:p>
          <w:p w:rsidR="00922092" w:rsidRDefault="00922092" w:rsidP="00922092">
            <w:pPr>
              <w:jc w:val="center"/>
              <w:rPr>
                <w:rFonts w:ascii="Grammarsaurus" w:hAnsi="Grammarsaurus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666432" behindDoc="0" locked="0" layoutInCell="1" allowOverlap="1" wp14:anchorId="60DF80CE" wp14:editId="795D5884">
                  <wp:simplePos x="0" y="0"/>
                  <wp:positionH relativeFrom="column">
                    <wp:posOffset>600075</wp:posOffset>
                  </wp:positionH>
                  <wp:positionV relativeFrom="paragraph">
                    <wp:posOffset>16510</wp:posOffset>
                  </wp:positionV>
                  <wp:extent cx="1777365" cy="1000125"/>
                  <wp:effectExtent l="0" t="0" r="0" b="9525"/>
                  <wp:wrapSquare wrapText="bothSides"/>
                  <wp:docPr id="9" name="Picture 9" descr="History of trains, locomotives, and railro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istory of trains, locomotives, and railro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22092" w:rsidRPr="00922092" w:rsidRDefault="00922092" w:rsidP="00922092">
            <w:pPr>
              <w:jc w:val="center"/>
              <w:rPr>
                <w:rFonts w:ascii="Grammarsaurus" w:hAnsi="Grammarsaurus"/>
              </w:rPr>
            </w:pPr>
          </w:p>
        </w:tc>
        <w:tc>
          <w:tcPr>
            <w:tcW w:w="4848" w:type="dxa"/>
          </w:tcPr>
          <w:p w:rsidR="00922092" w:rsidRDefault="00922092" w:rsidP="00922092">
            <w:pPr>
              <w:jc w:val="center"/>
              <w:rPr>
                <w:rFonts w:ascii="Grammarsaurus" w:hAnsi="Grammarsaurus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667456" behindDoc="0" locked="0" layoutInCell="1" allowOverlap="1" wp14:anchorId="0D19BF8F" wp14:editId="2FD69150">
                  <wp:simplePos x="0" y="0"/>
                  <wp:positionH relativeFrom="column">
                    <wp:posOffset>1478915</wp:posOffset>
                  </wp:positionH>
                  <wp:positionV relativeFrom="paragraph">
                    <wp:posOffset>164465</wp:posOffset>
                  </wp:positionV>
                  <wp:extent cx="1417320" cy="942975"/>
                  <wp:effectExtent l="0" t="0" r="0" b="9525"/>
                  <wp:wrapSquare wrapText="bothSides"/>
                  <wp:docPr id="10" name="Picture 10" descr="How Nature Can Support Children's Reading Development - Teach Outdoo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ow Nature Can Support Children's Reading Development - Teach Outdoo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22092">
              <w:rPr>
                <w:rFonts w:ascii="Grammarsaurus" w:hAnsi="Grammarsaurus"/>
              </w:rPr>
              <w:br/>
            </w:r>
          </w:p>
          <w:p w:rsidR="00922092" w:rsidRDefault="00922092" w:rsidP="00922092">
            <w:pPr>
              <w:jc w:val="center"/>
              <w:rPr>
                <w:rFonts w:ascii="Grammarsaurus" w:hAnsi="Grammarsaurus"/>
              </w:rPr>
            </w:pPr>
            <w:r w:rsidRPr="00922092">
              <w:rPr>
                <w:rFonts w:ascii="Grammarsaurus" w:hAnsi="Grammarsaurus"/>
              </w:rPr>
              <w:t xml:space="preserve">Take 5 photos of yourself reading in different places. </w:t>
            </w:r>
          </w:p>
          <w:p w:rsidR="00922092" w:rsidRPr="00922092" w:rsidRDefault="00922092" w:rsidP="00922092">
            <w:pPr>
              <w:jc w:val="center"/>
              <w:rPr>
                <w:rFonts w:ascii="Grammarsaurus" w:hAnsi="Grammarsaurus"/>
              </w:rPr>
            </w:pPr>
            <w:r w:rsidRPr="00922092">
              <w:rPr>
                <w:rFonts w:ascii="Grammarsaurus" w:hAnsi="Grammarsaurus"/>
              </w:rPr>
              <w:t>Write a couple of sentences telling us where you are and why you are reading there.</w:t>
            </w:r>
            <w:r w:rsidRPr="00922092">
              <w:rPr>
                <w:rFonts w:ascii="Grammarsaurus" w:hAnsi="Grammarsaurus"/>
              </w:rPr>
              <w:br/>
              <w:t>Try to choose places linked to nature or travel.</w:t>
            </w:r>
          </w:p>
        </w:tc>
      </w:tr>
    </w:tbl>
    <w:p w:rsidR="005A7B29" w:rsidRPr="00922092" w:rsidRDefault="005A7B29" w:rsidP="00922092">
      <w:pPr>
        <w:jc w:val="center"/>
        <w:rPr>
          <w:rFonts w:ascii="Grammarsaurus" w:hAnsi="Grammarsaurus"/>
          <w:sz w:val="36"/>
          <w:szCs w:val="36"/>
          <w:u w:val="single"/>
        </w:rPr>
      </w:pPr>
      <w:r w:rsidRPr="00922092">
        <w:rPr>
          <w:rFonts w:ascii="Grammarsaurus" w:hAnsi="Grammarsaurus"/>
          <w:sz w:val="36"/>
          <w:szCs w:val="36"/>
          <w:u w:val="single"/>
        </w:rPr>
        <w:t xml:space="preserve">Homework Fun for Sycamore Class </w:t>
      </w:r>
      <w:r w:rsidRPr="00922092">
        <w:rPr>
          <w:rFonts w:ascii="Grammarsaurus" w:hAnsi="Grammarsaurus"/>
          <w:sz w:val="36"/>
          <w:szCs w:val="36"/>
          <w:u w:val="single"/>
        </w:rPr>
        <w:t>AUTUMN</w:t>
      </w:r>
      <w:r w:rsidRPr="00922092">
        <w:rPr>
          <w:rFonts w:ascii="Grammarsaurus" w:hAnsi="Grammarsaurus"/>
          <w:sz w:val="36"/>
          <w:szCs w:val="36"/>
          <w:u w:val="single"/>
        </w:rPr>
        <w:t xml:space="preserve"> 2025</w:t>
      </w:r>
    </w:p>
    <w:p w:rsidR="00FF7DEF" w:rsidRPr="00EF6DEE" w:rsidRDefault="005A7B29" w:rsidP="00922092">
      <w:pPr>
        <w:jc w:val="center"/>
        <w:rPr>
          <w:rFonts w:ascii="Grammarsaurus" w:hAnsi="Grammarsaurus"/>
          <w:sz w:val="26"/>
          <w:szCs w:val="26"/>
        </w:rPr>
      </w:pPr>
      <w:r w:rsidRPr="00EF6DEE">
        <w:rPr>
          <w:rFonts w:ascii="Grammarsaurus" w:hAnsi="Grammarsaurus"/>
          <w:sz w:val="26"/>
          <w:szCs w:val="26"/>
        </w:rPr>
        <w:t>Ideally we would like you to complete tw</w:t>
      </w:r>
      <w:bookmarkStart w:id="0" w:name="_GoBack"/>
      <w:bookmarkEnd w:id="0"/>
      <w:r w:rsidRPr="00EF6DEE">
        <w:rPr>
          <w:rFonts w:ascii="Grammarsaurus" w:hAnsi="Grammarsaurus"/>
          <w:sz w:val="26"/>
          <w:szCs w:val="26"/>
        </w:rPr>
        <w:t xml:space="preserve">o of these activities each half-term which would be </w:t>
      </w:r>
      <w:r w:rsidRPr="00EF6DEE">
        <w:rPr>
          <w:rFonts w:ascii="Grammarsaurus" w:hAnsi="Grammarsaurus"/>
          <w:b/>
          <w:sz w:val="26"/>
          <w:szCs w:val="26"/>
        </w:rPr>
        <w:t xml:space="preserve">4 </w:t>
      </w:r>
      <w:r w:rsidRPr="00EF6DEE">
        <w:rPr>
          <w:rFonts w:ascii="Grammarsaurus" w:hAnsi="Grammarsaurus"/>
          <w:sz w:val="26"/>
          <w:szCs w:val="26"/>
        </w:rPr>
        <w:t>projects to complete before the end of the summer. We will always try to celebrate homework as soon as practically possible.</w:t>
      </w:r>
    </w:p>
    <w:sectPr w:rsidR="00FF7DEF" w:rsidRPr="00EF6DEE" w:rsidSect="005A7B29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Grammarsaurus">
    <w:altName w:val="Grammarsaurus"/>
    <w:panose1 w:val="00000000000000000000"/>
    <w:charset w:val="00"/>
    <w:family w:val="auto"/>
    <w:pitch w:val="variable"/>
    <w:sig w:usb0="8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5A7B29"/>
    <w:rsid w:val="006F151F"/>
    <w:rsid w:val="00922092"/>
    <w:rsid w:val="00AA1D8D"/>
    <w:rsid w:val="00B47730"/>
    <w:rsid w:val="00CB0664"/>
    <w:rsid w:val="00EF6DEE"/>
    <w:rsid w:val="00FC693F"/>
    <w:rsid w:val="00FF7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BFEE592"/>
  <w14:defaultImageDpi w14:val="300"/>
  <w15:docId w15:val="{E72776F5-929A-4ACC-9253-AA8F3DB90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DE6B5C7-7FB9-4111-A73F-AF6E0D7C5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203</Words>
  <Characters>1162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1363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Gina Wright</cp:lastModifiedBy>
  <cp:revision>2</cp:revision>
  <dcterms:created xsi:type="dcterms:W3CDTF">2025-07-17T15:35:00Z</dcterms:created>
  <dcterms:modified xsi:type="dcterms:W3CDTF">2025-07-17T15:35:00Z</dcterms:modified>
  <cp:category/>
</cp:coreProperties>
</file>