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171" w:tblpY="1246"/>
        <w:tblW w:w="14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8"/>
        <w:gridCol w:w="4848"/>
        <w:gridCol w:w="4848"/>
      </w:tblGrid>
      <w:tr w:rsidR="003F3C84" w:rsidRPr="00922092" w:rsidTr="003F3C84">
        <w:trPr>
          <w:trHeight w:val="2654"/>
        </w:trPr>
        <w:tc>
          <w:tcPr>
            <w:tcW w:w="4848" w:type="dxa"/>
          </w:tcPr>
          <w:p w:rsidR="003F3C84" w:rsidRPr="00922092" w:rsidRDefault="003F3C84" w:rsidP="003F3C84">
            <w:pPr>
              <w:jc w:val="center"/>
              <w:rPr>
                <w:rFonts w:ascii="Grammarsaurus" w:hAnsi="Grammarsaurus"/>
              </w:rPr>
            </w:pPr>
            <w:r w:rsidRPr="00922092">
              <w:rPr>
                <w:rFonts w:ascii="Grammarsaurus" w:hAnsi="Grammarsaurus"/>
                <w:noProof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5FC38D69" wp14:editId="6C14E443">
                  <wp:simplePos x="0" y="0"/>
                  <wp:positionH relativeFrom="column">
                    <wp:posOffset>1809750</wp:posOffset>
                  </wp:positionH>
                  <wp:positionV relativeFrom="paragraph">
                    <wp:posOffset>269875</wp:posOffset>
                  </wp:positionV>
                  <wp:extent cx="1000125" cy="1000125"/>
                  <wp:effectExtent l="0" t="0" r="9525" b="9525"/>
                  <wp:wrapSquare wrapText="bothSides"/>
                  <wp:docPr id="1" name="Picture 1" descr="Dairy Free Chocolate (Vegan Milk Chocolat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airy Free Chocolate (Vegan Milk Chocolat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2092">
              <w:rPr>
                <w:rFonts w:ascii="Grammarsaurus" w:hAnsi="Grammarsaurus"/>
              </w:rPr>
              <w:br/>
              <w:t>Explore the journey of chocolate.</w:t>
            </w:r>
            <w:r w:rsidRPr="00922092">
              <w:rPr>
                <w:rFonts w:ascii="Grammarsaurus" w:hAnsi="Grammarsaurus"/>
              </w:rPr>
              <w:br/>
              <w:t xml:space="preserve">Research how chocolate is made - from cocoa bean to chocolate bar. Draw and/or explain each stage. </w:t>
            </w:r>
          </w:p>
          <w:p w:rsidR="003F3C84" w:rsidRPr="00922092" w:rsidRDefault="003F3C84" w:rsidP="003F3C84">
            <w:pPr>
              <w:jc w:val="center"/>
              <w:rPr>
                <w:rFonts w:ascii="Grammarsaurus" w:hAnsi="Grammarsaurus"/>
              </w:rPr>
            </w:pPr>
          </w:p>
        </w:tc>
        <w:tc>
          <w:tcPr>
            <w:tcW w:w="4848" w:type="dxa"/>
          </w:tcPr>
          <w:p w:rsidR="003F3C84" w:rsidRDefault="003F3C84" w:rsidP="003F3C84">
            <w:pPr>
              <w:tabs>
                <w:tab w:val="left" w:pos="270"/>
              </w:tabs>
              <w:jc w:val="center"/>
              <w:rPr>
                <w:rFonts w:ascii="Grammarsaurus" w:hAnsi="Grammarsaurus"/>
              </w:rPr>
            </w:pPr>
          </w:p>
          <w:p w:rsidR="003F3C84" w:rsidRPr="00922092" w:rsidRDefault="003F3C84" w:rsidP="003F3C84">
            <w:pPr>
              <w:tabs>
                <w:tab w:val="left" w:pos="270"/>
              </w:tabs>
              <w:jc w:val="center"/>
              <w:rPr>
                <w:rFonts w:ascii="Grammarsaurus" w:hAnsi="Grammarsaurus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5408" behindDoc="0" locked="0" layoutInCell="1" allowOverlap="1" wp14:anchorId="7885C67D" wp14:editId="3F1C95D5">
                  <wp:simplePos x="0" y="0"/>
                  <wp:positionH relativeFrom="column">
                    <wp:posOffset>1745615</wp:posOffset>
                  </wp:positionH>
                  <wp:positionV relativeFrom="paragraph">
                    <wp:posOffset>33020</wp:posOffset>
                  </wp:positionV>
                  <wp:extent cx="1206500" cy="955675"/>
                  <wp:effectExtent l="0" t="0" r="0" b="0"/>
                  <wp:wrapSquare wrapText="bothSides"/>
                  <wp:docPr id="2" name="Picture 2" descr="Daniel Arsham brings his 21st-century relics to Yorkshire Sculptur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aniel Arsham brings his 21st-century relics to Yorkshire Sculptur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0" cy="95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mmarsaurus" w:hAnsi="Grammarsaurus"/>
              </w:rPr>
              <w:t>Find a sculpture near your home or somewhere you visit. Then draw or photograph it and write a few sentences describing what it’s made from.</w:t>
            </w:r>
          </w:p>
        </w:tc>
        <w:tc>
          <w:tcPr>
            <w:tcW w:w="4848" w:type="dxa"/>
          </w:tcPr>
          <w:p w:rsidR="003F3C84" w:rsidRPr="00922092" w:rsidRDefault="003F3C84" w:rsidP="003F3C84">
            <w:pPr>
              <w:jc w:val="center"/>
              <w:rPr>
                <w:rFonts w:ascii="Grammarsaurus" w:hAnsi="Grammarsaurus"/>
              </w:rPr>
            </w:pPr>
            <w:r w:rsidRPr="00922092">
              <w:rPr>
                <w:rFonts w:ascii="Grammarsaurus" w:hAnsi="Grammarsaurus"/>
                <w:noProof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 wp14:anchorId="46ACDFED" wp14:editId="71174EE0">
                  <wp:simplePos x="0" y="0"/>
                  <wp:positionH relativeFrom="column">
                    <wp:posOffset>1234440</wp:posOffset>
                  </wp:positionH>
                  <wp:positionV relativeFrom="paragraph">
                    <wp:posOffset>184785</wp:posOffset>
                  </wp:positionV>
                  <wp:extent cx="1663700" cy="1247775"/>
                  <wp:effectExtent l="0" t="0" r="0" b="9525"/>
                  <wp:wrapSquare wrapText="bothSides"/>
                  <wp:docPr id="4" name="Picture 4" descr="Loxwood Canal Walk | Short Walks Susse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xwood Canal Walk | Short Walks Suss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2092">
              <w:rPr>
                <w:rFonts w:ascii="Grammarsaurus" w:hAnsi="Grammarsaurus"/>
              </w:rPr>
              <w:br/>
              <w:t>Find out about animals that live in Campania or Loxwood.</w:t>
            </w:r>
            <w:r w:rsidRPr="00922092">
              <w:rPr>
                <w:rFonts w:ascii="Grammarsaurus" w:hAnsi="Grammarsaurus"/>
              </w:rPr>
              <w:br/>
              <w:t>Present your findings as a mini fact file or poster.</w:t>
            </w:r>
          </w:p>
        </w:tc>
      </w:tr>
      <w:tr w:rsidR="003F3C84" w:rsidRPr="00922092" w:rsidTr="003F3C84">
        <w:trPr>
          <w:trHeight w:val="2672"/>
        </w:trPr>
        <w:tc>
          <w:tcPr>
            <w:tcW w:w="4848" w:type="dxa"/>
          </w:tcPr>
          <w:p w:rsidR="003F3C84" w:rsidRPr="00922092" w:rsidRDefault="003F3C84" w:rsidP="003F3C84">
            <w:pPr>
              <w:jc w:val="center"/>
              <w:rPr>
                <w:rFonts w:ascii="Grammarsaurus" w:hAnsi="Grammarsaurus"/>
              </w:rPr>
            </w:pPr>
            <w:r w:rsidRPr="00922092">
              <w:rPr>
                <w:rFonts w:ascii="Grammarsaurus" w:hAnsi="Grammarsaurus"/>
                <w:noProof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2639E807" wp14:editId="168729BD">
                  <wp:simplePos x="0" y="0"/>
                  <wp:positionH relativeFrom="column">
                    <wp:posOffset>1463675</wp:posOffset>
                  </wp:positionH>
                  <wp:positionV relativeFrom="paragraph">
                    <wp:posOffset>184150</wp:posOffset>
                  </wp:positionV>
                  <wp:extent cx="1295400" cy="1295400"/>
                  <wp:effectExtent l="0" t="0" r="0" b="0"/>
                  <wp:wrapSquare wrapText="bothSides"/>
                  <wp:docPr id="5" name="Picture 5" descr="Watch Wonka | HBO Ma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atch Wonka | HBO Ma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2092">
              <w:rPr>
                <w:rFonts w:ascii="Grammarsaurus" w:hAnsi="Grammarsaurus"/>
              </w:rPr>
              <w:br/>
              <w:t>Imagine you are Wonka and create a chocolate bar advert.</w:t>
            </w:r>
            <w:r w:rsidRPr="00922092">
              <w:rPr>
                <w:rFonts w:ascii="Grammarsaurus" w:hAnsi="Grammarsaurus"/>
              </w:rPr>
              <w:br/>
              <w:t xml:space="preserve">Design packaging and write a short slogan. </w:t>
            </w:r>
          </w:p>
        </w:tc>
        <w:tc>
          <w:tcPr>
            <w:tcW w:w="4848" w:type="dxa"/>
          </w:tcPr>
          <w:p w:rsidR="003F3C84" w:rsidRPr="00922092" w:rsidRDefault="003F3C84" w:rsidP="003F3C84">
            <w:pPr>
              <w:jc w:val="center"/>
              <w:rPr>
                <w:rFonts w:ascii="Grammarsaurus" w:hAnsi="Grammarsaurus"/>
              </w:rPr>
            </w:pPr>
            <w:r w:rsidRPr="00B22A22">
              <w:rPr>
                <w:rFonts w:ascii="Grammarsaurus" w:hAnsi="Grammarsaurus"/>
              </w:rPr>
              <w:drawing>
                <wp:anchor distT="0" distB="0" distL="114300" distR="114300" simplePos="0" relativeHeight="251666432" behindDoc="0" locked="0" layoutInCell="1" allowOverlap="1" wp14:anchorId="5A58FF4A" wp14:editId="2346AC9A">
                  <wp:simplePos x="0" y="0"/>
                  <wp:positionH relativeFrom="column">
                    <wp:posOffset>1621790</wp:posOffset>
                  </wp:positionH>
                  <wp:positionV relativeFrom="paragraph">
                    <wp:posOffset>28575</wp:posOffset>
                  </wp:positionV>
                  <wp:extent cx="1304925" cy="1644015"/>
                  <wp:effectExtent l="0" t="0" r="9525" b="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64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22092">
              <w:rPr>
                <w:rFonts w:ascii="Grammarsaurus" w:hAnsi="Grammarsaurus"/>
              </w:rPr>
              <w:br/>
            </w:r>
            <w:r>
              <w:rPr>
                <w:rFonts w:ascii="Grammarsaurus" w:hAnsi="Grammarsaurus"/>
              </w:rPr>
              <w:t xml:space="preserve">Design your own chocolate advent calendar! Draw your design and label the different features, including the chocolates, packaging and decorations, </w:t>
            </w:r>
            <w:r>
              <w:rPr>
                <w:noProof/>
                <w:lang w:val="en-GB" w:eastAsia="en-GB"/>
              </w:rPr>
              <w:t xml:space="preserve"> </w:t>
            </w:r>
          </w:p>
        </w:tc>
        <w:tc>
          <w:tcPr>
            <w:tcW w:w="4848" w:type="dxa"/>
          </w:tcPr>
          <w:p w:rsidR="003F3C84" w:rsidRPr="00922092" w:rsidRDefault="003F3C84" w:rsidP="003F3C84">
            <w:pPr>
              <w:jc w:val="center"/>
              <w:rPr>
                <w:rFonts w:ascii="Grammarsaurus" w:hAnsi="Grammarsaurus"/>
              </w:rPr>
            </w:pPr>
            <w:r w:rsidRPr="00922092">
              <w:rPr>
                <w:rFonts w:ascii="Grammarsaurus" w:hAnsi="Grammarsaurus"/>
                <w:noProof/>
                <w:lang w:val="en-GB" w:eastAsia="en-GB"/>
              </w:rPr>
              <w:drawing>
                <wp:anchor distT="0" distB="0" distL="114300" distR="114300" simplePos="0" relativeHeight="251662336" behindDoc="0" locked="0" layoutInCell="1" allowOverlap="1" wp14:anchorId="695846F1" wp14:editId="7AA671D3">
                  <wp:simplePos x="0" y="0"/>
                  <wp:positionH relativeFrom="column">
                    <wp:posOffset>634365</wp:posOffset>
                  </wp:positionH>
                  <wp:positionV relativeFrom="paragraph">
                    <wp:posOffset>675005</wp:posOffset>
                  </wp:positionV>
                  <wp:extent cx="1684020" cy="976024"/>
                  <wp:effectExtent l="0" t="0" r="0" b="0"/>
                  <wp:wrapSquare wrapText="bothSides"/>
                  <wp:docPr id="7" name="Picture 7" descr="Nature Walk for National Walking Day | World of Wedgw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Nature Walk for National Walking Day | World of Wedgw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976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2092">
              <w:rPr>
                <w:rFonts w:ascii="Grammarsaurus" w:hAnsi="Grammarsaurus"/>
              </w:rPr>
              <w:t>Go on a nature walk.</w:t>
            </w:r>
            <w:r w:rsidRPr="00922092">
              <w:rPr>
                <w:rFonts w:ascii="Grammarsaurus" w:hAnsi="Grammarsaurus"/>
              </w:rPr>
              <w:br/>
              <w:t>Take photos or make a list of 5 different living things you spot in a local habitat.</w:t>
            </w:r>
          </w:p>
        </w:tc>
      </w:tr>
      <w:tr w:rsidR="003F3C84" w:rsidRPr="00922092" w:rsidTr="003F3C84">
        <w:trPr>
          <w:trHeight w:val="2302"/>
        </w:trPr>
        <w:tc>
          <w:tcPr>
            <w:tcW w:w="4848" w:type="dxa"/>
          </w:tcPr>
          <w:p w:rsidR="003F3C84" w:rsidRPr="00922092" w:rsidRDefault="003F3C84" w:rsidP="003F3C84">
            <w:pPr>
              <w:jc w:val="center"/>
              <w:rPr>
                <w:rFonts w:ascii="Grammarsaurus" w:hAnsi="Grammarsaurus"/>
                <w:noProof/>
                <w:lang w:val="en-GB" w:eastAsia="en-GB"/>
              </w:rPr>
            </w:pPr>
            <w:r w:rsidRPr="00922092">
              <w:rPr>
                <w:rFonts w:ascii="Grammarsaurus" w:hAnsi="Grammarsaurus"/>
                <w:noProof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 wp14:anchorId="5E69A988" wp14:editId="1699A63E">
                  <wp:simplePos x="0" y="0"/>
                  <wp:positionH relativeFrom="column">
                    <wp:posOffset>723900</wp:posOffset>
                  </wp:positionH>
                  <wp:positionV relativeFrom="paragraph">
                    <wp:posOffset>881380</wp:posOffset>
                  </wp:positionV>
                  <wp:extent cx="1373505" cy="914400"/>
                  <wp:effectExtent l="0" t="0" r="0" b="0"/>
                  <wp:wrapSquare wrapText="bothSides"/>
                  <wp:docPr id="8" name="Picture 8" descr="Postcard template. Paper blank postal card backside with stamp and str By  Tartila | TheHungry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stcard template. Paper blank postal card backside with stamp and str By  Tartila | TheHungry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50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2092">
              <w:rPr>
                <w:rFonts w:ascii="Grammarsaurus" w:hAnsi="Grammarsaurus"/>
              </w:rPr>
              <w:br/>
              <w:t>Write a postcard from Loxwood or Campania.</w:t>
            </w:r>
            <w:r w:rsidRPr="00922092">
              <w:rPr>
                <w:rFonts w:ascii="Grammarsaurus" w:hAnsi="Grammarsaurus"/>
              </w:rPr>
              <w:br/>
              <w:t>Describe the landscape, weather, animals, or food as if you're visiting.</w:t>
            </w:r>
            <w:r w:rsidRPr="00922092">
              <w:rPr>
                <w:rFonts w:ascii="Grammarsaurus" w:hAnsi="Grammarsaurus"/>
                <w:noProof/>
                <w:lang w:val="en-GB" w:eastAsia="en-GB"/>
              </w:rPr>
              <w:t xml:space="preserve"> </w:t>
            </w:r>
          </w:p>
          <w:p w:rsidR="003F3C84" w:rsidRPr="00922092" w:rsidRDefault="003F3C84" w:rsidP="003F3C84">
            <w:pPr>
              <w:jc w:val="center"/>
              <w:rPr>
                <w:rFonts w:ascii="Grammarsaurus" w:hAnsi="Grammarsaurus"/>
                <w:noProof/>
                <w:lang w:val="en-GB" w:eastAsia="en-GB"/>
              </w:rPr>
            </w:pPr>
          </w:p>
          <w:p w:rsidR="003F3C84" w:rsidRPr="00922092" w:rsidRDefault="003F3C84" w:rsidP="003F3C84">
            <w:pPr>
              <w:jc w:val="center"/>
              <w:rPr>
                <w:rFonts w:ascii="Grammarsaurus" w:hAnsi="Grammarsaurus"/>
                <w:noProof/>
                <w:lang w:val="en-GB" w:eastAsia="en-GB"/>
              </w:rPr>
            </w:pPr>
          </w:p>
          <w:p w:rsidR="003F3C84" w:rsidRPr="00922092" w:rsidRDefault="003F3C84" w:rsidP="003F3C84">
            <w:pPr>
              <w:rPr>
                <w:rFonts w:ascii="Grammarsaurus" w:hAnsi="Grammarsaurus"/>
              </w:rPr>
            </w:pPr>
          </w:p>
        </w:tc>
        <w:tc>
          <w:tcPr>
            <w:tcW w:w="4848" w:type="dxa"/>
          </w:tcPr>
          <w:p w:rsidR="003F3C84" w:rsidRPr="00922092" w:rsidRDefault="003F3C84" w:rsidP="003F3C84">
            <w:pPr>
              <w:jc w:val="center"/>
              <w:rPr>
                <w:rFonts w:ascii="Grammarsaurus" w:hAnsi="Grammarsaurus"/>
              </w:rPr>
            </w:pPr>
            <w:r w:rsidRPr="00B22A22">
              <w:rPr>
                <w:rFonts w:ascii="Grammarsaurus" w:hAnsi="Grammarsaurus"/>
              </w:rPr>
              <w:drawing>
                <wp:inline distT="0" distB="0" distL="0" distR="0" wp14:anchorId="1F8B5837" wp14:editId="3FC3F898">
                  <wp:extent cx="1152390" cy="107632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869" cy="1079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22092">
              <w:rPr>
                <w:rFonts w:ascii="Grammarsaurus" w:hAnsi="Grammarsaurus"/>
              </w:rPr>
              <w:br/>
            </w:r>
            <w:r>
              <w:rPr>
                <w:rFonts w:ascii="Grammarsaurus" w:hAnsi="Grammarsaurus"/>
              </w:rPr>
              <w:t>Find a living thing in your garden, local park or nearby area and investigate its habitat. Draw or photograph it and write a few sentences explaining</w:t>
            </w:r>
            <w:r>
              <w:rPr>
                <w:noProof/>
                <w:lang w:val="en-GB" w:eastAsia="en-GB"/>
              </w:rPr>
              <w:t xml:space="preserve"> </w:t>
            </w:r>
            <w:r>
              <w:rPr>
                <w:rFonts w:ascii="Grammarsaurus" w:hAnsi="Grammarsaurus"/>
              </w:rPr>
              <w:t xml:space="preserve"> where it lives, what it needs to survive and how it is suited to is habitat.</w:t>
            </w:r>
          </w:p>
        </w:tc>
        <w:tc>
          <w:tcPr>
            <w:tcW w:w="4848" w:type="dxa"/>
          </w:tcPr>
          <w:p w:rsidR="003F3C84" w:rsidRDefault="003F3C84" w:rsidP="003F3C84">
            <w:pPr>
              <w:jc w:val="center"/>
              <w:rPr>
                <w:rFonts w:ascii="Grammarsaurus" w:hAnsi="Grammarsaurus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4384" behindDoc="0" locked="0" layoutInCell="1" allowOverlap="1" wp14:anchorId="5C24A50D" wp14:editId="04DCC8A8">
                  <wp:simplePos x="0" y="0"/>
                  <wp:positionH relativeFrom="column">
                    <wp:posOffset>1478915</wp:posOffset>
                  </wp:positionH>
                  <wp:positionV relativeFrom="paragraph">
                    <wp:posOffset>164465</wp:posOffset>
                  </wp:positionV>
                  <wp:extent cx="1417320" cy="942975"/>
                  <wp:effectExtent l="0" t="0" r="0" b="9525"/>
                  <wp:wrapSquare wrapText="bothSides"/>
                  <wp:docPr id="10" name="Picture 10" descr="How Nature Can Support Children's Reading Development - Teach Outdo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ow Nature Can Support Children's Reading Development - Teach Outdo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2092">
              <w:rPr>
                <w:rFonts w:ascii="Grammarsaurus" w:hAnsi="Grammarsaurus"/>
              </w:rPr>
              <w:br/>
            </w:r>
          </w:p>
          <w:p w:rsidR="003F3C84" w:rsidRDefault="003F3C84" w:rsidP="003F3C84">
            <w:pPr>
              <w:jc w:val="center"/>
              <w:rPr>
                <w:rFonts w:ascii="Grammarsaurus" w:hAnsi="Grammarsaurus"/>
              </w:rPr>
            </w:pPr>
            <w:r w:rsidRPr="00922092">
              <w:rPr>
                <w:rFonts w:ascii="Grammarsaurus" w:hAnsi="Grammarsaurus"/>
              </w:rPr>
              <w:t xml:space="preserve">Take 5 photos of yourself reading in different places. </w:t>
            </w:r>
          </w:p>
          <w:p w:rsidR="003F3C84" w:rsidRPr="00922092" w:rsidRDefault="003F3C84" w:rsidP="003F3C84">
            <w:pPr>
              <w:jc w:val="center"/>
              <w:rPr>
                <w:rFonts w:ascii="Grammarsaurus" w:hAnsi="Grammarsaurus"/>
              </w:rPr>
            </w:pPr>
            <w:r w:rsidRPr="00922092">
              <w:rPr>
                <w:rFonts w:ascii="Grammarsaurus" w:hAnsi="Grammarsaurus"/>
              </w:rPr>
              <w:t>Write a couple of sentences telling us where you are and why you are reading there.</w:t>
            </w:r>
            <w:r w:rsidRPr="00922092">
              <w:rPr>
                <w:rFonts w:ascii="Grammarsaurus" w:hAnsi="Grammarsaurus"/>
              </w:rPr>
              <w:br/>
              <w:t>Try to choose places linked to nature or travel.</w:t>
            </w:r>
          </w:p>
        </w:tc>
      </w:tr>
    </w:tbl>
    <w:p w:rsidR="005A7B29" w:rsidRPr="00922092" w:rsidRDefault="005A7B29" w:rsidP="00922092">
      <w:pPr>
        <w:jc w:val="center"/>
        <w:rPr>
          <w:rFonts w:ascii="Grammarsaurus" w:hAnsi="Grammarsaurus"/>
          <w:sz w:val="36"/>
          <w:szCs w:val="36"/>
          <w:u w:val="single"/>
        </w:rPr>
      </w:pPr>
      <w:r w:rsidRPr="00922092">
        <w:rPr>
          <w:rFonts w:ascii="Grammarsaurus" w:hAnsi="Grammarsaurus"/>
          <w:sz w:val="36"/>
          <w:szCs w:val="36"/>
          <w:u w:val="single"/>
        </w:rPr>
        <w:t>Homework Fu</w:t>
      </w:r>
      <w:r w:rsidR="003F3C84">
        <w:rPr>
          <w:rFonts w:ascii="Grammarsaurus" w:hAnsi="Grammarsaurus"/>
          <w:sz w:val="36"/>
          <w:szCs w:val="36"/>
          <w:u w:val="single"/>
        </w:rPr>
        <w:t>n for Sycamore Class Autumn 2026</w:t>
      </w:r>
    </w:p>
    <w:p w:rsidR="00FF7DEF" w:rsidRPr="003F3C84" w:rsidRDefault="003F3C84" w:rsidP="00922092">
      <w:pPr>
        <w:jc w:val="center"/>
        <w:rPr>
          <w:rFonts w:ascii="Grammarsaurus" w:hAnsi="Grammarsaurus"/>
          <w:sz w:val="24"/>
          <w:szCs w:val="24"/>
        </w:rPr>
      </w:pPr>
      <w:r>
        <w:rPr>
          <w:rFonts w:ascii="Grammarsaurus" w:hAnsi="Grammarsaurus"/>
          <w:sz w:val="24"/>
          <w:szCs w:val="24"/>
        </w:rPr>
        <w:br/>
      </w:r>
      <w:bookmarkStart w:id="0" w:name="_GoBack"/>
      <w:bookmarkEnd w:id="0"/>
      <w:r w:rsidR="005A7B29" w:rsidRPr="003F3C84">
        <w:rPr>
          <w:rFonts w:ascii="Grammarsaurus" w:hAnsi="Grammarsaurus"/>
          <w:sz w:val="24"/>
          <w:szCs w:val="24"/>
        </w:rPr>
        <w:t xml:space="preserve">Ideally we would like you to complete two of these activities each half-term which would be </w:t>
      </w:r>
      <w:r w:rsidR="005A7B29" w:rsidRPr="003F3C84">
        <w:rPr>
          <w:rFonts w:ascii="Grammarsaurus" w:hAnsi="Grammarsaurus"/>
          <w:b/>
          <w:sz w:val="24"/>
          <w:szCs w:val="24"/>
        </w:rPr>
        <w:t xml:space="preserve">4 </w:t>
      </w:r>
      <w:r w:rsidR="005A7B29" w:rsidRPr="003F3C84">
        <w:rPr>
          <w:rFonts w:ascii="Grammarsaurus" w:hAnsi="Grammarsaurus"/>
          <w:sz w:val="24"/>
          <w:szCs w:val="24"/>
        </w:rPr>
        <w:t>projects to complete before the end of the summer. We will always try to celebrate homework as soon as practically possible.</w:t>
      </w:r>
    </w:p>
    <w:sectPr w:rsidR="00FF7DEF" w:rsidRPr="003F3C84" w:rsidSect="005A7B2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rammarsaurus">
    <w:panose1 w:val="00000000000000000000"/>
    <w:charset w:val="00"/>
    <w:family w:val="auto"/>
    <w:pitch w:val="variable"/>
    <w:sig w:usb0="8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3C84"/>
    <w:rsid w:val="005A7B29"/>
    <w:rsid w:val="006145C7"/>
    <w:rsid w:val="006F151F"/>
    <w:rsid w:val="00922092"/>
    <w:rsid w:val="00AA1D8D"/>
    <w:rsid w:val="00B22A22"/>
    <w:rsid w:val="00B47730"/>
    <w:rsid w:val="00CB0664"/>
    <w:rsid w:val="00EF6DEE"/>
    <w:rsid w:val="00FC693F"/>
    <w:rsid w:val="00FF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CDD97B"/>
  <w14:defaultImageDpi w14:val="300"/>
  <w15:docId w15:val="{E72776F5-929A-4ACC-9253-AA8F3DB9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F0CF1F-44B0-4646-8724-77596CD91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37B06838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 Hall</cp:lastModifiedBy>
  <cp:revision>2</cp:revision>
  <dcterms:created xsi:type="dcterms:W3CDTF">2026-09-15T15:29:00Z</dcterms:created>
  <dcterms:modified xsi:type="dcterms:W3CDTF">2026-09-15T15:29:00Z</dcterms:modified>
  <cp:category/>
</cp:coreProperties>
</file>